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6379"/>
      </w:tblGrid>
      <w:tr w:rsidR="00EE1B96" w14:paraId="70A6C2D2" w14:textId="77777777" w:rsidTr="00014584">
        <w:tc>
          <w:tcPr>
            <w:tcW w:w="1985" w:type="dxa"/>
          </w:tcPr>
          <w:p w14:paraId="6A450F84" w14:textId="77777777" w:rsidR="00EE1B96" w:rsidRDefault="00000000">
            <w:r>
              <w:rPr>
                <w:noProof/>
              </w:rPr>
              <w:drawing>
                <wp:inline distT="0" distB="0" distL="0" distR="0" wp14:anchorId="05FD0487" wp14:editId="56A36CDC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</w:tcPr>
          <w:p w14:paraId="7671390E" w14:textId="5FBCA3AD" w:rsidR="00EE1B96" w:rsidRDefault="00000000" w:rsidP="00CB44FB">
            <w:pPr>
              <w:spacing w:before="160"/>
              <w:ind w:right="-815"/>
              <w:jc w:val="center"/>
            </w:pPr>
            <w:r>
              <w:rPr>
                <w:b/>
                <w:sz w:val="18"/>
              </w:rPr>
              <w:t>T.C.</w:t>
            </w:r>
            <w:r>
              <w:rPr>
                <w:b/>
                <w:sz w:val="18"/>
              </w:rPr>
              <w:br/>
            </w:r>
            <w:r>
              <w:rPr>
                <w:b/>
              </w:rPr>
              <w:t>KAHRAMANMARAŞ SÜTÇÜ İMAM</w:t>
            </w:r>
            <w:r w:rsidR="00CB44FB">
              <w:rPr>
                <w:b/>
              </w:rPr>
              <w:t xml:space="preserve"> </w:t>
            </w:r>
            <w:r>
              <w:rPr>
                <w:b/>
              </w:rPr>
              <w:t>ÜNİVERSİ</w:t>
            </w:r>
            <w:r w:rsidR="00014584">
              <w:rPr>
                <w:b/>
              </w:rPr>
              <w:t>TES</w:t>
            </w:r>
            <w:r>
              <w:rPr>
                <w:b/>
              </w:rPr>
              <w:t>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488CF257" w14:textId="60E18584" w:rsidR="00EE1B96" w:rsidRPr="00CB44FB" w:rsidRDefault="00CB44FB" w:rsidP="00CB44FB">
      <w:pPr>
        <w:pBdr>
          <w:bottom w:val="single" w:sz="10" w:space="0" w:color="C59C57"/>
        </w:pBdr>
        <w:ind w:firstLine="1134"/>
        <w:jc w:val="center"/>
        <w:rPr>
          <w:b/>
          <w:bCs/>
        </w:rPr>
      </w:pPr>
      <w:r w:rsidRPr="00CB44FB">
        <w:rPr>
          <w:b/>
          <w:bCs/>
        </w:rPr>
        <w:t>DANIŞMANLIK İŞLEMLERİ FORMU</w:t>
      </w:r>
    </w:p>
    <w:p w14:paraId="60FE03E4" w14:textId="4F2BCFFB" w:rsidR="00EE1B96" w:rsidRDefault="00000000">
      <w:pPr>
        <w:pBdr>
          <w:bottom w:val="single" w:sz="8" w:space="0" w:color="D5BC8A"/>
        </w:pBdr>
        <w:spacing w:before="180" w:after="160"/>
      </w:pPr>
      <w:r>
        <w:rPr>
          <w:b/>
        </w:rPr>
        <w:t xml:space="preserve">EĞİTİM </w:t>
      </w:r>
      <w:r w:rsidR="005C6DD7">
        <w:rPr>
          <w:b/>
        </w:rPr>
        <w:t>ve</w:t>
      </w:r>
      <w:r>
        <w:rPr>
          <w:b/>
        </w:rPr>
        <w:t xml:space="preserve"> ÖĞRENCİ BİLGİLERİ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5"/>
        <w:gridCol w:w="5896"/>
      </w:tblGrid>
      <w:tr w:rsidR="00EE1B96" w14:paraId="4F654D35" w14:textId="77777777">
        <w:tc>
          <w:tcPr>
            <w:tcW w:w="3515" w:type="dxa"/>
          </w:tcPr>
          <w:p w14:paraId="0BE8318D" w14:textId="7ED207F4" w:rsidR="00EE1B96" w:rsidRDefault="00000000">
            <w:pPr>
              <w:spacing w:after="220"/>
            </w:pPr>
            <w:r>
              <w:rPr>
                <w:b/>
              </w:rPr>
              <w:t>Eğitim</w:t>
            </w:r>
            <w:r w:rsidR="005C6DD7">
              <w:rPr>
                <w:b/>
              </w:rPr>
              <w:t>-Öğretim Yılı</w:t>
            </w:r>
          </w:p>
        </w:tc>
        <w:tc>
          <w:tcPr>
            <w:tcW w:w="5896" w:type="dxa"/>
          </w:tcPr>
          <w:p w14:paraId="65C19B07" w14:textId="77777777" w:rsidR="00EE1B96" w:rsidRDefault="00000000">
            <w:pPr>
              <w:spacing w:after="220"/>
            </w:pPr>
            <w:r>
              <w:t>20.... – 20....</w:t>
            </w:r>
          </w:p>
        </w:tc>
      </w:tr>
      <w:tr w:rsidR="00EE1B96" w14:paraId="256D7712" w14:textId="77777777">
        <w:tc>
          <w:tcPr>
            <w:tcW w:w="3515" w:type="dxa"/>
          </w:tcPr>
          <w:p w14:paraId="7C4FD925" w14:textId="77777777" w:rsidR="00EE1B96" w:rsidRDefault="00000000">
            <w:pPr>
              <w:spacing w:after="220"/>
            </w:pPr>
            <w:r>
              <w:rPr>
                <w:b/>
              </w:rPr>
              <w:t>Yarıyıl</w:t>
            </w:r>
          </w:p>
        </w:tc>
        <w:tc>
          <w:tcPr>
            <w:tcW w:w="5896" w:type="dxa"/>
          </w:tcPr>
          <w:p w14:paraId="1E4A5A0D" w14:textId="013D25CA" w:rsidR="00EE1B96" w:rsidRDefault="00CB44FB">
            <w:pPr>
              <w:spacing w:after="220"/>
            </w:pP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Güz          </w:t>
            </w: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Bahar</w:t>
            </w:r>
          </w:p>
        </w:tc>
      </w:tr>
      <w:tr w:rsidR="00EE1B96" w14:paraId="6311E036" w14:textId="77777777">
        <w:tc>
          <w:tcPr>
            <w:tcW w:w="3515" w:type="dxa"/>
          </w:tcPr>
          <w:p w14:paraId="737DB8EA" w14:textId="3050D9DC" w:rsidR="00EE1B96" w:rsidRDefault="00000000">
            <w:pPr>
              <w:spacing w:after="220"/>
            </w:pPr>
            <w:r>
              <w:rPr>
                <w:b/>
              </w:rPr>
              <w:t xml:space="preserve">Öğrencinin </w:t>
            </w:r>
            <w:r w:rsidR="005C6DD7">
              <w:rPr>
                <w:b/>
              </w:rPr>
              <w:t>P</w:t>
            </w:r>
            <w:r>
              <w:rPr>
                <w:b/>
              </w:rPr>
              <w:t>rogramı</w:t>
            </w:r>
          </w:p>
        </w:tc>
        <w:tc>
          <w:tcPr>
            <w:tcW w:w="5896" w:type="dxa"/>
          </w:tcPr>
          <w:p w14:paraId="392BDEDF" w14:textId="0D0884E9" w:rsidR="00EE1B96" w:rsidRDefault="00CB44FB">
            <w:pPr>
              <w:spacing w:after="220"/>
            </w:pP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Tezsiz yüksek lisans    </w:t>
            </w: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Tezli </w:t>
            </w:r>
            <w:r w:rsidR="005C6DD7">
              <w:t>Y</w:t>
            </w:r>
            <w:r>
              <w:t xml:space="preserve">üksek </w:t>
            </w:r>
            <w:r w:rsidR="005C6DD7">
              <w:t>L</w:t>
            </w:r>
            <w:r>
              <w:t>isans</w:t>
            </w:r>
            <w:r>
              <w:br/>
            </w: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Doktora</w:t>
            </w:r>
          </w:p>
        </w:tc>
      </w:tr>
      <w:tr w:rsidR="00EE1B96" w14:paraId="3A5AA511" w14:textId="77777777">
        <w:tc>
          <w:tcPr>
            <w:tcW w:w="3515" w:type="dxa"/>
          </w:tcPr>
          <w:p w14:paraId="3FD3513B" w14:textId="10E69F0E" w:rsidR="00EE1B96" w:rsidRDefault="00000000">
            <w:pPr>
              <w:spacing w:after="220"/>
            </w:pPr>
            <w:r>
              <w:rPr>
                <w:b/>
              </w:rPr>
              <w:t xml:space="preserve">Öğrenci </w:t>
            </w:r>
            <w:r w:rsidR="005C6DD7">
              <w:rPr>
                <w:b/>
              </w:rPr>
              <w:t>Numarası</w:t>
            </w:r>
          </w:p>
        </w:tc>
        <w:tc>
          <w:tcPr>
            <w:tcW w:w="5896" w:type="dxa"/>
          </w:tcPr>
          <w:p w14:paraId="28E02791" w14:textId="77777777" w:rsidR="00EE1B96" w:rsidRDefault="00000000">
            <w:pPr>
              <w:spacing w:after="220"/>
            </w:pPr>
            <w:r>
              <w:t>......................................................................</w:t>
            </w:r>
          </w:p>
        </w:tc>
      </w:tr>
      <w:tr w:rsidR="00EE1B96" w14:paraId="5D23819A" w14:textId="77777777">
        <w:tc>
          <w:tcPr>
            <w:tcW w:w="3515" w:type="dxa"/>
          </w:tcPr>
          <w:p w14:paraId="427B4A47" w14:textId="4A7C66F0" w:rsidR="00EE1B96" w:rsidRDefault="00000000">
            <w:pPr>
              <w:spacing w:after="220"/>
            </w:pPr>
            <w:r>
              <w:rPr>
                <w:b/>
              </w:rPr>
              <w:t xml:space="preserve">Adı </w:t>
            </w:r>
            <w:r w:rsidR="005C6DD7">
              <w:rPr>
                <w:b/>
              </w:rPr>
              <w:t>ve Soyadı</w:t>
            </w:r>
          </w:p>
        </w:tc>
        <w:tc>
          <w:tcPr>
            <w:tcW w:w="5896" w:type="dxa"/>
          </w:tcPr>
          <w:p w14:paraId="0EDD5C1D" w14:textId="77777777" w:rsidR="00EE1B96" w:rsidRDefault="00000000">
            <w:pPr>
              <w:spacing w:after="220"/>
            </w:pPr>
            <w:r>
              <w:t>......................................................................</w:t>
            </w:r>
          </w:p>
        </w:tc>
      </w:tr>
      <w:tr w:rsidR="00EE1B96" w14:paraId="1242059E" w14:textId="77777777">
        <w:tc>
          <w:tcPr>
            <w:tcW w:w="3515" w:type="dxa"/>
          </w:tcPr>
          <w:p w14:paraId="362FCC35" w14:textId="6029B81E" w:rsidR="00EE1B96" w:rsidRDefault="00000000">
            <w:pPr>
              <w:spacing w:after="220"/>
            </w:pPr>
            <w:r>
              <w:rPr>
                <w:b/>
              </w:rPr>
              <w:t xml:space="preserve">Ana </w:t>
            </w:r>
            <w:r w:rsidR="005C6DD7">
              <w:rPr>
                <w:b/>
              </w:rPr>
              <w:t>Bilim Dalı</w:t>
            </w:r>
          </w:p>
        </w:tc>
        <w:tc>
          <w:tcPr>
            <w:tcW w:w="5896" w:type="dxa"/>
          </w:tcPr>
          <w:p w14:paraId="62B9F03B" w14:textId="77777777" w:rsidR="00EE1B96" w:rsidRDefault="00000000">
            <w:pPr>
              <w:spacing w:after="220"/>
            </w:pPr>
            <w:r>
              <w:t>......................................................................</w:t>
            </w:r>
          </w:p>
        </w:tc>
      </w:tr>
      <w:tr w:rsidR="00EE1B96" w14:paraId="5DBB444F" w14:textId="77777777">
        <w:tc>
          <w:tcPr>
            <w:tcW w:w="3515" w:type="dxa"/>
          </w:tcPr>
          <w:p w14:paraId="09DE2D62" w14:textId="1CE568E2" w:rsidR="00EE1B96" w:rsidRDefault="00000000">
            <w:pPr>
              <w:spacing w:after="220"/>
            </w:pPr>
            <w:r>
              <w:rPr>
                <w:b/>
              </w:rPr>
              <w:t xml:space="preserve">Danışman </w:t>
            </w:r>
            <w:r w:rsidR="005C6DD7">
              <w:rPr>
                <w:b/>
              </w:rPr>
              <w:t>T</w:t>
            </w:r>
            <w:r>
              <w:rPr>
                <w:b/>
              </w:rPr>
              <w:t>ercihi</w:t>
            </w:r>
          </w:p>
        </w:tc>
        <w:tc>
          <w:tcPr>
            <w:tcW w:w="5896" w:type="dxa"/>
          </w:tcPr>
          <w:p w14:paraId="2B7FB7CF" w14:textId="06C3B912" w:rsidR="00EE1B96" w:rsidRDefault="00CB44FB">
            <w:pPr>
              <w:spacing w:after="220"/>
            </w:pP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1. </w:t>
            </w:r>
            <w:r w:rsidR="005C6DD7">
              <w:t>D</w:t>
            </w:r>
            <w:r>
              <w:t xml:space="preserve">anışman          </w:t>
            </w:r>
            <w:r>
              <w:rPr>
                <w:color w:val="000000" w:themeColor="text1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Cs w:val="20"/>
              </w:rPr>
            </w:r>
            <w:r>
              <w:rPr>
                <w:color w:val="000000" w:themeColor="text1"/>
                <w:szCs w:val="20"/>
              </w:rPr>
              <w:fldChar w:fldCharType="separate"/>
            </w:r>
            <w:r>
              <w:rPr>
                <w:color w:val="000000" w:themeColor="text1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2. </w:t>
            </w:r>
            <w:r w:rsidR="005C6DD7">
              <w:t>D</w:t>
            </w:r>
            <w:r>
              <w:t>anışman</w:t>
            </w:r>
          </w:p>
        </w:tc>
      </w:tr>
    </w:tbl>
    <w:p w14:paraId="743868CE" w14:textId="77777777" w:rsidR="00EE1B96" w:rsidRDefault="00000000">
      <w:pPr>
        <w:pBdr>
          <w:bottom w:val="single" w:sz="8" w:space="0" w:color="D5BC8A"/>
        </w:pBdr>
        <w:spacing w:before="180" w:after="160"/>
      </w:pPr>
      <w:r>
        <w:rPr>
          <w:b/>
        </w:rPr>
        <w:t>DANIŞMAN DEĞİŞİKLİĞİNE İLİŞKİN GEREKÇE</w:t>
      </w:r>
    </w:p>
    <w:p w14:paraId="3319AC6F" w14:textId="77777777" w:rsidR="00EE1B96" w:rsidRDefault="00000000">
      <w:pPr>
        <w:spacing w:after="140"/>
      </w:pPr>
      <w:r>
        <w:rPr>
          <w:i/>
        </w:rPr>
        <w:t>Gerekçe danışman veya Ana Bilim Dalı Başkanı tarafından yazılmalıdır.</w:t>
      </w:r>
    </w:p>
    <w:p w14:paraId="7AF8F311" w14:textId="77777777" w:rsidR="00EE1B96" w:rsidRDefault="00000000">
      <w:pPr>
        <w:pBdr>
          <w:bottom w:val="single" w:sz="4" w:space="0" w:color="D9D9D9"/>
        </w:pBdr>
        <w:spacing w:after="180"/>
      </w:pPr>
      <w:r>
        <w:t xml:space="preserve"> </w:t>
      </w:r>
    </w:p>
    <w:p w14:paraId="3B91BDB9" w14:textId="77777777" w:rsidR="00EE1B96" w:rsidRDefault="00000000">
      <w:pPr>
        <w:pBdr>
          <w:bottom w:val="single" w:sz="4" w:space="0" w:color="D9D9D9"/>
        </w:pBdr>
        <w:spacing w:after="180"/>
      </w:pPr>
      <w:r>
        <w:t xml:space="preserve"> </w:t>
      </w:r>
    </w:p>
    <w:p w14:paraId="61284749" w14:textId="77777777" w:rsidR="00EE1B96" w:rsidRDefault="00000000">
      <w:pPr>
        <w:pBdr>
          <w:bottom w:val="single" w:sz="4" w:space="0" w:color="D9D9D9"/>
        </w:pBdr>
        <w:spacing w:after="180"/>
      </w:pPr>
      <w:r>
        <w:t xml:space="preserve"> </w:t>
      </w:r>
    </w:p>
    <w:p w14:paraId="614396A1" w14:textId="77777777" w:rsidR="00EE1B96" w:rsidRDefault="00000000">
      <w:pPr>
        <w:pBdr>
          <w:bottom w:val="single" w:sz="4" w:space="0" w:color="D9D9D9"/>
        </w:pBdr>
        <w:spacing w:after="180"/>
      </w:pPr>
      <w:r>
        <w:t xml:space="preserve"> </w:t>
      </w:r>
    </w:p>
    <w:p w14:paraId="78F699E4" w14:textId="77777777" w:rsidR="00EE1B96" w:rsidRDefault="00000000" w:rsidP="00CB44FB">
      <w:pPr>
        <w:pBdr>
          <w:bottom w:val="single" w:sz="8" w:space="0" w:color="D5BC8A"/>
        </w:pBdr>
      </w:pPr>
      <w:r>
        <w:rPr>
          <w:b/>
        </w:rPr>
        <w:t>ONAY VE İMZALAR</w:t>
      </w:r>
    </w:p>
    <w:p w14:paraId="277AC640" w14:textId="62A5C32C" w:rsidR="00EE1B96" w:rsidRDefault="00000000" w:rsidP="00CB44FB">
      <w:r>
        <w:rPr>
          <w:i/>
        </w:rPr>
        <w:t>Önerilen 2. danışman</w:t>
      </w:r>
      <w:r w:rsidR="00CB44FB">
        <w:rPr>
          <w:i/>
        </w:rPr>
        <w:t xml:space="preserve"> mısmı</w:t>
      </w:r>
      <w:r>
        <w:rPr>
          <w:i/>
        </w:rPr>
        <w:t>, 2. danışman önerilmesi durumunda doldurulup imzalanmalıdır.</w:t>
      </w:r>
    </w:p>
    <w:tbl>
      <w:tblPr>
        <w:tblStyle w:val="TabloKlavuzu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391"/>
        <w:gridCol w:w="2281"/>
        <w:gridCol w:w="2230"/>
      </w:tblGrid>
      <w:tr w:rsidR="004060BA" w14:paraId="3FE119A9" w14:textId="77777777" w:rsidTr="00324EE5">
        <w:tc>
          <w:tcPr>
            <w:tcW w:w="1351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3E9EE" w14:textId="2FFD1766" w:rsidR="004060BA" w:rsidRPr="004060BA" w:rsidRDefault="004060BA" w:rsidP="004060BA">
            <w:pPr>
              <w:jc w:val="center"/>
            </w:pPr>
            <w:r>
              <w:rPr>
                <w:b/>
                <w:sz w:val="18"/>
              </w:rPr>
              <w:t>DANIŞMAN</w:t>
            </w:r>
          </w:p>
        </w:tc>
        <w:tc>
          <w:tcPr>
            <w:tcW w:w="12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DCCC5" w14:textId="77777777" w:rsidR="004060BA" w:rsidRDefault="004060BA" w:rsidP="004060B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ÖNERİLEN</w:t>
            </w:r>
          </w:p>
          <w:p w14:paraId="7201FCCA" w14:textId="3F5DCDC2" w:rsidR="004060BA" w:rsidRPr="004060BA" w:rsidRDefault="004060BA" w:rsidP="004060BA">
            <w:pPr>
              <w:jc w:val="center"/>
            </w:pPr>
            <w:r>
              <w:rPr>
                <w:b/>
                <w:sz w:val="18"/>
              </w:rPr>
              <w:t>DANIŞMAN</w:t>
            </w:r>
          </w:p>
        </w:tc>
        <w:tc>
          <w:tcPr>
            <w:tcW w:w="12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0FEE" w14:textId="77777777" w:rsidR="004060BA" w:rsidRDefault="004060BA" w:rsidP="004060B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ÖNERİLEN</w:t>
            </w:r>
          </w:p>
          <w:p w14:paraId="514BCD77" w14:textId="4BD8AA60" w:rsidR="004060BA" w:rsidRPr="004060BA" w:rsidRDefault="004060BA" w:rsidP="004060BA">
            <w:pPr>
              <w:jc w:val="center"/>
            </w:pPr>
            <w:r>
              <w:rPr>
                <w:b/>
                <w:sz w:val="18"/>
              </w:rPr>
              <w:t>2. DANIŞMAN</w:t>
            </w:r>
            <w:r w:rsidR="00CB3562">
              <w:rPr>
                <w:b/>
                <w:sz w:val="18"/>
              </w:rPr>
              <w:t xml:space="preserve"> (Başka bir Yükseköğretim Kurumundan olması durumunda)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62046" w14:textId="1BEB5265" w:rsidR="004060BA" w:rsidRPr="00CB44FB" w:rsidRDefault="004060BA" w:rsidP="00CB44FB">
            <w:pPr>
              <w:jc w:val="center"/>
            </w:pPr>
            <w:r>
              <w:rPr>
                <w:b/>
                <w:sz w:val="18"/>
              </w:rPr>
              <w:t>ÖĞRENCİ</w:t>
            </w:r>
          </w:p>
        </w:tc>
      </w:tr>
      <w:tr w:rsidR="004060BA" w14:paraId="635D3106" w14:textId="77777777" w:rsidTr="00324EE5">
        <w:trPr>
          <w:trHeight w:val="1296"/>
        </w:trPr>
        <w:tc>
          <w:tcPr>
            <w:tcW w:w="1351" w:type="pct"/>
            <w:tcBorders>
              <w:top w:val="single" w:sz="4" w:space="0" w:color="000000"/>
            </w:tcBorders>
            <w:vAlign w:val="center"/>
          </w:tcPr>
          <w:p w14:paraId="1E8E9627" w14:textId="77777777" w:rsid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Adı Soyadı</w:t>
            </w:r>
          </w:p>
          <w:p w14:paraId="62D6FC9A" w14:textId="5F23084B" w:rsidR="00CB44FB" w:rsidRPr="004060BA" w:rsidRDefault="00CB44FB" w:rsidP="004060BA">
            <w:pPr>
              <w:jc w:val="center"/>
              <w:rPr>
                <w:bCs/>
                <w:sz w:val="18"/>
              </w:rPr>
            </w:pPr>
            <w:r>
              <w:t>.......................................</w:t>
            </w:r>
          </w:p>
        </w:tc>
        <w:tc>
          <w:tcPr>
            <w:tcW w:w="1264" w:type="pct"/>
            <w:tcBorders>
              <w:top w:val="single" w:sz="4" w:space="0" w:color="000000"/>
            </w:tcBorders>
            <w:vAlign w:val="center"/>
          </w:tcPr>
          <w:p w14:paraId="1B83480E" w14:textId="77777777" w:rsid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Adı Soyadı</w:t>
            </w:r>
          </w:p>
          <w:p w14:paraId="6CA5902F" w14:textId="1D9FAA01" w:rsidR="00CB44FB" w:rsidRPr="004060BA" w:rsidRDefault="00CB44FB" w:rsidP="004060BA">
            <w:pPr>
              <w:jc w:val="center"/>
              <w:rPr>
                <w:bCs/>
                <w:sz w:val="18"/>
              </w:rPr>
            </w:pPr>
            <w:r>
              <w:t>......................................</w:t>
            </w:r>
          </w:p>
        </w:tc>
        <w:tc>
          <w:tcPr>
            <w:tcW w:w="1206" w:type="pct"/>
            <w:tcBorders>
              <w:top w:val="single" w:sz="4" w:space="0" w:color="000000"/>
            </w:tcBorders>
            <w:vAlign w:val="center"/>
          </w:tcPr>
          <w:p w14:paraId="55716ACE" w14:textId="70BCCE3C" w:rsid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Adı Soyadı</w:t>
            </w:r>
            <w:r w:rsidR="00324EE5">
              <w:rPr>
                <w:bCs/>
                <w:sz w:val="18"/>
              </w:rPr>
              <w:t>, Kurumu*</w:t>
            </w:r>
          </w:p>
          <w:p w14:paraId="26995F06" w14:textId="23510B3C" w:rsidR="00CB44FB" w:rsidRPr="004060BA" w:rsidRDefault="00CB44FB" w:rsidP="004060BA">
            <w:pPr>
              <w:jc w:val="center"/>
              <w:rPr>
                <w:bCs/>
                <w:sz w:val="18"/>
              </w:rPr>
            </w:pPr>
            <w:r>
              <w:t>....................................</w:t>
            </w:r>
          </w:p>
        </w:tc>
        <w:tc>
          <w:tcPr>
            <w:tcW w:w="1179" w:type="pct"/>
            <w:tcBorders>
              <w:top w:val="single" w:sz="4" w:space="0" w:color="000000"/>
            </w:tcBorders>
            <w:vAlign w:val="center"/>
          </w:tcPr>
          <w:p w14:paraId="5D1F9889" w14:textId="77777777" w:rsid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Adı Soyadı</w:t>
            </w:r>
          </w:p>
          <w:p w14:paraId="64DF3E12" w14:textId="1FA68A88" w:rsidR="00CB44FB" w:rsidRPr="004060BA" w:rsidRDefault="00CB44FB" w:rsidP="004060BA">
            <w:pPr>
              <w:jc w:val="center"/>
              <w:rPr>
                <w:bCs/>
                <w:sz w:val="18"/>
              </w:rPr>
            </w:pPr>
            <w:r>
              <w:t>....................................</w:t>
            </w:r>
          </w:p>
        </w:tc>
      </w:tr>
      <w:tr w:rsidR="004060BA" w14:paraId="6F9771A3" w14:textId="77777777" w:rsidTr="00324EE5">
        <w:trPr>
          <w:trHeight w:val="1272"/>
        </w:trPr>
        <w:tc>
          <w:tcPr>
            <w:tcW w:w="1351" w:type="pct"/>
            <w:vAlign w:val="center"/>
          </w:tcPr>
          <w:p w14:paraId="4558D2FC" w14:textId="2973C919" w:rsidR="004060BA" w:rsidRP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İmza</w:t>
            </w:r>
            <w:r w:rsidR="00CB44FB">
              <w:t>....................................</w:t>
            </w:r>
          </w:p>
        </w:tc>
        <w:tc>
          <w:tcPr>
            <w:tcW w:w="1264" w:type="pct"/>
            <w:vAlign w:val="center"/>
          </w:tcPr>
          <w:p w14:paraId="7BA2E4D6" w14:textId="48865743" w:rsidR="004060BA" w:rsidRP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İmza</w:t>
            </w:r>
            <w:r w:rsidR="00CB44FB">
              <w:t>.................................</w:t>
            </w:r>
          </w:p>
        </w:tc>
        <w:tc>
          <w:tcPr>
            <w:tcW w:w="1206" w:type="pct"/>
            <w:vAlign w:val="center"/>
          </w:tcPr>
          <w:p w14:paraId="3331D709" w14:textId="3DCA6BF0" w:rsidR="004060BA" w:rsidRP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İmza</w:t>
            </w:r>
            <w:r w:rsidR="00CB44FB">
              <w:t>...............................</w:t>
            </w:r>
          </w:p>
        </w:tc>
        <w:tc>
          <w:tcPr>
            <w:tcW w:w="1179" w:type="pct"/>
            <w:vAlign w:val="center"/>
          </w:tcPr>
          <w:p w14:paraId="5F42ACC8" w14:textId="77777777" w:rsidR="00CB44FB" w:rsidRDefault="00CB44FB" w:rsidP="004060BA">
            <w:pPr>
              <w:jc w:val="center"/>
              <w:rPr>
                <w:bCs/>
                <w:sz w:val="18"/>
              </w:rPr>
            </w:pPr>
          </w:p>
          <w:p w14:paraId="158305D4" w14:textId="64CE73F0" w:rsidR="004060BA" w:rsidRPr="004060BA" w:rsidRDefault="004060BA" w:rsidP="004060BA">
            <w:pPr>
              <w:jc w:val="center"/>
              <w:rPr>
                <w:bCs/>
                <w:sz w:val="18"/>
              </w:rPr>
            </w:pPr>
            <w:r w:rsidRPr="004060BA">
              <w:rPr>
                <w:bCs/>
                <w:sz w:val="18"/>
              </w:rPr>
              <w:t>İmza</w:t>
            </w:r>
            <w:r w:rsidR="00CB44FB">
              <w:t>..............................</w:t>
            </w:r>
          </w:p>
          <w:p w14:paraId="1A134053" w14:textId="77777777" w:rsidR="004060BA" w:rsidRPr="004060BA" w:rsidRDefault="004060BA" w:rsidP="004060BA">
            <w:pPr>
              <w:jc w:val="center"/>
              <w:rPr>
                <w:bCs/>
                <w:sz w:val="18"/>
              </w:rPr>
            </w:pPr>
          </w:p>
        </w:tc>
      </w:tr>
      <w:tr w:rsidR="00324EE5" w14:paraId="2CF799A1" w14:textId="77777777" w:rsidTr="00324EE5">
        <w:trPr>
          <w:trHeight w:val="1272"/>
        </w:trPr>
        <w:tc>
          <w:tcPr>
            <w:tcW w:w="5000" w:type="pct"/>
            <w:gridSpan w:val="4"/>
            <w:vAlign w:val="center"/>
          </w:tcPr>
          <w:p w14:paraId="0756EE10" w14:textId="3396375E" w:rsidR="00324EE5" w:rsidRDefault="00324EE5" w:rsidP="004060BA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*</w:t>
            </w:r>
            <w:r w:rsidRPr="00324EE5">
              <w:rPr>
                <w:bCs/>
                <w:sz w:val="18"/>
              </w:rPr>
              <w:t>(Başka bir Yükseköğretim Kurumundan olması durumunda</w:t>
            </w:r>
            <w:r>
              <w:rPr>
                <w:bCs/>
                <w:sz w:val="18"/>
              </w:rPr>
              <w:t xml:space="preserve"> kurum bilgisi (Üniversite, Fakülte/MYO/YO, Program ve E-posta</w:t>
            </w:r>
            <w:r w:rsidRPr="00324EE5">
              <w:rPr>
                <w:bCs/>
                <w:sz w:val="18"/>
              </w:rPr>
              <w:t>)</w:t>
            </w:r>
          </w:p>
        </w:tc>
      </w:tr>
    </w:tbl>
    <w:p w14:paraId="5AF8630E" w14:textId="77777777" w:rsidR="0003428B" w:rsidRDefault="0003428B"/>
    <w:sectPr w:rsidR="0003428B" w:rsidSect="00034616">
      <w:pgSz w:w="11906" w:h="16838"/>
      <w:pgMar w:top="822" w:right="1219" w:bottom="822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5674787">
    <w:abstractNumId w:val="8"/>
  </w:num>
  <w:num w:numId="2" w16cid:durableId="259458405">
    <w:abstractNumId w:val="6"/>
  </w:num>
  <w:num w:numId="3" w16cid:durableId="21634140">
    <w:abstractNumId w:val="5"/>
  </w:num>
  <w:num w:numId="4" w16cid:durableId="2049911358">
    <w:abstractNumId w:val="4"/>
  </w:num>
  <w:num w:numId="5" w16cid:durableId="1584993963">
    <w:abstractNumId w:val="7"/>
  </w:num>
  <w:num w:numId="6" w16cid:durableId="2084913382">
    <w:abstractNumId w:val="3"/>
  </w:num>
  <w:num w:numId="7" w16cid:durableId="2111852194">
    <w:abstractNumId w:val="2"/>
  </w:num>
  <w:num w:numId="8" w16cid:durableId="893003505">
    <w:abstractNumId w:val="1"/>
  </w:num>
  <w:num w:numId="9" w16cid:durableId="3792090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84"/>
    <w:rsid w:val="0003428B"/>
    <w:rsid w:val="00034616"/>
    <w:rsid w:val="0006063C"/>
    <w:rsid w:val="000F64F6"/>
    <w:rsid w:val="001109D0"/>
    <w:rsid w:val="0015074B"/>
    <w:rsid w:val="0029639D"/>
    <w:rsid w:val="00324EE5"/>
    <w:rsid w:val="00326F90"/>
    <w:rsid w:val="004060BA"/>
    <w:rsid w:val="005C6DD7"/>
    <w:rsid w:val="00AA1D8D"/>
    <w:rsid w:val="00B47730"/>
    <w:rsid w:val="00C9151C"/>
    <w:rsid w:val="00CB0664"/>
    <w:rsid w:val="00CB3562"/>
    <w:rsid w:val="00CB44FB"/>
    <w:rsid w:val="00EE1B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C4C8C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6</cp:revision>
  <dcterms:created xsi:type="dcterms:W3CDTF">2026-09-24T07:41:00Z</dcterms:created>
  <dcterms:modified xsi:type="dcterms:W3CDTF">2026-10-08T07:44:00Z</dcterms:modified>
  <cp:category/>
</cp:coreProperties>
</file>